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המשחק, המגרש והחוקים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החוקים הבסיסיים של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בטקסט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אחד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(תופס את הכדור ביד ליד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(שורק ושומר על הכללים)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(המקום שבו משחקים כדורגל)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ילד או ילדה כותבים שני דברים הקשורים למשחק הכדורגל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אחד עשר 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לשוער ולשוערת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עוזרים אחד לשני ומנצחים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הטקסט שוב בקול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לשחק משחק תפקידים קצר - שופט, שוער ושחקנים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כל ילד לשתף חוויה אישית מכדורגל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המשחק, המגרש והחוקים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קראנו טקסט על כדורגל – איך משחקים, מה החוקים ולמה חשוב לשחק יחד. עכשיו נתרגל את מה שלמדנו.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רגל  ·  קבוצות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שחקנים יש בכל קבוצה בכדורגל?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אחד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חלק בגוף בועטים בכדור?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קבוצה יש אחד עשר שחקנים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במגרש יש שני שערים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כדורגל הוא משחק של שתי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בועטים בכדור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שורק ושומר על הכללים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המקום שבו משחקים כדורגל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מגרש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תופס את הכדור ביד ליד השער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אתם אוהבים בכדורגל? כתבו שני דברים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שחקנים יש בקבוצת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למי מותר לגעת בכדור ביד?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המשחק, המגרש והחוקים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