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המשחק, המגרש והחוקים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החוקים הבסיסיים של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בטקסט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אחד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השוער והשוערת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השופט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לשוער ולשוערת מותר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השופט כן שומר על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(תופס את הכדור ביד ליד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(שורק ושומר על הכללים)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(המקום שבו משחקים כדורגל)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(המקום שאליו רוצים להכניס את הכדור)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(אחד עשר שחקנים ששחקים 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זה החוק במשחק, רק השוער יכול לגעת בכדור ביד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ילד או ילדה כותבים שני דברים הקשורים למשחק הכדורגל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אחד עשר 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לשוער ולשוערת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עוזרים אחד לשני ומנצחים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הטקסט שוב בקול לפני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לשחק משחק תפקידים קצר - שופט, שוער ושחקנים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לעודד כל ילד לשתף חוויה אישית מכדורגל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המשחק, המגרש והחוקים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קראנו טקסט קצר על כדורגל. עכשיו נענה על שאלות קלות על 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כַּדּוּרֶגֶל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עם כדור ושני שערים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קְבוּצָה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של שחקנים ששחקים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שַׁעַר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שאליו מכניסים את הכדור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שׁוֹפֵט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ששומר על החוקים ושורק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שׁוֹעֵר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השחקן שיכול לגעת בכדור ביד ליד השער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מִגְרָשׁ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הגדול והירוק שבו משחקים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רֶשֶׁת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בשער שתופס את הכדור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בקבוצה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אחד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מה בועטים בכדור?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הצבע של המגרש?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מותר לגעת בכדור ביד?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השוער והשוערת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שומר על הכללים?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הקהל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קבוצה יש אחד עשר שחקנים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לכל השחקנים לגעת בכדור ביד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במגרש יש שני שערים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לא שומר על הכללים במשחק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המשחק השחקנים לוחצים 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כדורגל הוא משחק של שתי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בועטים בכדור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המגרש גדול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רק לשוער ול__________ מותר לגעת בכדור ביד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שורק ושומר על הכללים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אחד עשר שחקנים ששחקים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המקום שאליו רוצים להכניס את הכדור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מגרש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שורק ושומר על הכללים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המקום שבו משחקים כדורגל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תופס את הכדור ביד ליד השער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אסור לגעת בכדור ביד? הסבירו בשתי מילים או משפט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אתם אוהבים בכדורגל? כתבו שני דברים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שחקנים יש בקבוצת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מותר לגעת בכדור ביד?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טוב לשחק יחד בכדורגל?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המשחק, המגרש והחוקים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