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השוער והשוערת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לשוער ולשוערת מותר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השופט כן שומר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(תופס את הכדור ביד ליד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(שורק ושומר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שאליו רוצים להכניס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(אחד עשר שחקנים ששחקים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 החוק במשחק, רק השוער יכול לגעת בכדור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ילד או ילדה כותבים שני דברים הקשורים למשחק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עשר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לשוער ולשוערת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אחד לשני ומנצחים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שוב בקול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קצר - שופט, שוער ושחקנים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כל ילד לשתף חוויה אישית מכדורגל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טקסט על כדורגל – איך משחקים, מה החוקים ולמה חשוב לשחק יחד. עכשיו נתרגל את מה שלמדנו.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בכדורגל?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חלק בגוף בועטים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יש למגרש?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מותר לו לגעת בכדור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 והשוערת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שורק ושומר על הכללים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קבוצה יש אחד עשר שחקנים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השחקנים לגעת בכדור ביד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לא שומר על הכללים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השחקנים לוחצים 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כדורגל הוא משחק של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בועטים בכדור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המגרש גדול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רק לשוער ול__________ מותר לגעת בכדור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שורק ושומר על הכללים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שאליו רוצים להכניס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תופס את הכדור ביד ליד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 עשר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שורק ושומר על הכללים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אסור לגעת בכדור ביד? הסבירו בשתי מילים או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אוהבים בכדורגל?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מותר לגעת בכדור ביד?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לשחק יחד בכדורגל?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המשחק, המגרש והחוקים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